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מתוך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אוצר המילים דרך משחק השלישיות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בזריזות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קשורות לכעס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שונות לגמרי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חרון בהקשר של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בביטוי במשמעות של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בזריזות או חיש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תמוה או משונה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שיש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השלישיות בכיתה ואז לעבור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מילים נרדפות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ההקלה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השלישיות מחפשים שלוש מילים ששייכות יחד כי יש להן אותה משמעות - מילים נרדפות. בדף הזה נתרגל את קבוצות המילים מהמשחק.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רוגז  ·  להשתדל  ·  בזריזות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מילה נרדפת ל'כעס'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רוגז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מילה נרדפת ל'מוזר'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בזריזות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בזריזות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__________ כשראה את הבלגן בחדר.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הילדה רצה __________ כדי להגיע בזמן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הוא __________ להצליח במבחן ולמד הרבה.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'רוגז' ו'חרון'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'בזריזות' ו'תמוה'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'חרון'.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עם הביטוי 'חיש מהר'.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נרדפת ל'מהר'.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נרדפת ל'מוזר'.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שלישיות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