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שלישיות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מתוך קבוצת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אוצר המילים דרך משחק השלישיות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נרדפת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חיש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להתאמץ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(להתאמץ)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בזריזות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להשתדל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חיש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קשורות לכעס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מילים שונות לגמרי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משהו לא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אחת קשורה למאמץ והשנייה למהירות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חרון בהקשר של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שמשתמש נכון בביטוי במשמעות של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שמשתמש נכון במילה במשמעות של מוזר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שמזהה נכון שלוש מילים מאותה קבוצה ומסבירה את הדמיון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בזריזות או חיש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תמוה או משונה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שיש להן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השלישיות בכיתה ואז לעבור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למצוא מילים נרדפות נוספות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ההקלה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שלישיות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שאומרות כמעט אותו דבר. קוראים להן מילים נרדפות. בדף הזה נתרגל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משמעות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רוגז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של כעס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כעס חזק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בזריזות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במהירות, בלי להתעכב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חיש מהר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מוזר, קשה להבין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מוזר, לא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להתאמץ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להשקיע מאמץ כדי להצליח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מילה נרדפת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ל'כעס'?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רוגז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חיש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ל'מוזר'?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ל'לנסות'?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ל'רוגז'?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דומה ל'זריזות'?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רוגז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בזריזות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להשתדל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__________ כשראה את הבלגן בחדר.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רצה __________ כדי להגיע בזמן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הסיפור הזה נשמע __________, אני לא מבין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__________ להצליח במבחן ולמד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התלבושת שלו היתה __________, כולם הביטו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הם רצו הביתה __________ כי ירד גשם.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'רוגז' ו'חרון'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'בזריזות' ו'תמוה'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'מוזר' ו'משונה'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'להשתדל' ו'במהירות'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'חרון'.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הביטוי 'חיש מהר'.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המילה 'תמוה'.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קבוצה אחת של שלוש מילים נרדפות מהמשחק (למשל רוגז, חרון, כעס) והסבירו במילים שלכם למה הן שייכות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ל'מהר'.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ל'מוזר'.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'מילים נרדפות'?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– שלישיות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