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– שלישיות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נרדפות מתוך קבוצת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במילים נרדפות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אוצר המילים דרך משחק השלישיות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מילה נרדפת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רוגז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חיש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להתאמץ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חרון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במהירות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מילים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(כעס)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(במהירות)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(משונה)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ד (להתאמץ)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במילה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רוגז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בזריזות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תמוה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להשתדל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חיש מהר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שתיהן קשורות לכעס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מילים שונות לגמרי במשמעות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שתיהן מתארות משהו לא רגיל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אחת קשורה למאמץ והשנייה למהירות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שמשתמש נכון במילה חרון בהקשר של כעס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שמשתמש נכון בביטוי במשמעות של מהירות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משפט שמשתמש נכון במילה במשמעות של מוזר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שמזהה נכון שלוש מילים מאותה קבוצה ומסבירה את הדמיון במשמעות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כמו בזריזות או חיש מהר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כמו תמוה או משונה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מילים שיש להן משמעות 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קודם במשחק השלישיות בכיתה ואז לעבור לדף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למצוא מילים נרדפות נוספות משלהם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ההקלה אפשר להשמיט את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– שלישיות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במשחק השלישיות מחפשים שלוש מילים ששייכות יחד כי יש להן אותה משמעות - מילים נרדפות. בדף הזה נתרגל את קבוצות המילים מהמשחק.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מילה נרדפת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מילה נרדפת ל'כעס'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רוגז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זריזות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לנסות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מילה נרדפת ל'מהר'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חיש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להתאמץ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מילה נרדפת ל'מוזר'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בזריזות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לנסות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מילה נרדפת ל'לנסות'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להתאמץ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מילה נרדפת ל'רוגז'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זריזות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לנסות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מילה נרדפת ל'זריזות'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תמוה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להשתדל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כעס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התאמת מילים נרדפות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רוגז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בזריזות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במהירות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מוזר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כעס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להשתדל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להתאמץ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במילה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הוא __________ כשראה את הבלגן בחדר.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הילדה רצה __________ כדי להגיע בזמן לבית הספר.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הסיפור הזה נשמע __________, אני לא מבין אותו.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הוא __________ להצליח במבחן ולמד הרבה.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התלבושת שלו היתה __________, כולם הביטו בו.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הם רצו הביתה __________ כי ירד גשם.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'רוגז' ו'חרון' הן מילים נרדפות.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'בזריזות' ו'תמוה' הן מילים נרדפות.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'מוזר' ו'משונה' הן מילים נרדפות.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'להשתדל' ו'במהירות' הן מילים נרדפות.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עם המילה 'חרון'.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עם הביטוי 'חיש מהר'.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עם המילה 'תמוה'.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קבוצה אחת של שלוש מילים נרדפות מהמשחק (למשל רוגז, חרון, כעס) והסבירו במילים שלכם למה הן שייכות יחד.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נרדפת ל'מהר'.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נרדפת ל'מוזר'.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'מילים נרדפות'?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נרדפות – שלישיות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